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5B60" w14:textId="15908175" w:rsidR="004E6A0A" w:rsidRDefault="00EB3946">
      <w:pPr>
        <w:spacing w:after="80"/>
        <w:jc w:val="center"/>
      </w:pPr>
      <w:r>
        <w:rPr>
          <w:rFonts w:hint="eastAsia"/>
          <w:b/>
          <w:sz w:val="28"/>
          <w:lang w:eastAsia="ja-JP"/>
        </w:rPr>
        <w:t xml:space="preserve">　　　　　　　　　</w:t>
      </w:r>
      <w:proofErr w:type="spellStart"/>
      <w:r w:rsidR="009E3BDF">
        <w:rPr>
          <w:b/>
          <w:sz w:val="28"/>
        </w:rPr>
        <w:t>緊急経営継続支援金</w:t>
      </w:r>
      <w:proofErr w:type="spellEnd"/>
      <w:r w:rsidR="009E3BDF">
        <w:rPr>
          <w:b/>
          <w:sz w:val="28"/>
        </w:rPr>
        <w:t xml:space="preserve">　</w:t>
      </w:r>
      <w:proofErr w:type="spellStart"/>
      <w:r w:rsidR="009E3BDF">
        <w:rPr>
          <w:b/>
          <w:sz w:val="28"/>
        </w:rPr>
        <w:t>支給申請書兼請求書</w:t>
      </w:r>
      <w:proofErr w:type="spellEnd"/>
      <w:r>
        <w:rPr>
          <w:rFonts w:hint="eastAsia"/>
          <w:b/>
          <w:sz w:val="28"/>
          <w:lang w:eastAsia="ja-JP"/>
        </w:rPr>
        <w:t xml:space="preserve">　　　　　　　</w:t>
      </w:r>
      <w:r w:rsidRPr="00EB3946">
        <w:rPr>
          <w:rFonts w:hint="eastAsia"/>
          <w:bCs/>
          <w:sz w:val="22"/>
          <w:lang w:eastAsia="ja-JP"/>
        </w:rPr>
        <w:t>様式第1</w:t>
      </w:r>
      <w:r>
        <w:rPr>
          <w:rFonts w:hint="eastAsia"/>
          <w:bCs/>
          <w:sz w:val="22"/>
          <w:lang w:eastAsia="ja-JP"/>
        </w:rPr>
        <w:t>号</w:t>
      </w:r>
    </w:p>
    <w:p w14:paraId="2342310B" w14:textId="77777777" w:rsidR="004E6A0A" w:rsidRPr="001B4576" w:rsidRDefault="009E3BDF" w:rsidP="002B51E2">
      <w:pPr>
        <w:spacing w:after="40"/>
        <w:ind w:right="500"/>
        <w:jc w:val="right"/>
        <w:rPr>
          <w:sz w:val="20"/>
          <w:szCs w:val="20"/>
        </w:rPr>
      </w:pPr>
      <w:r w:rsidRPr="001B4576">
        <w:rPr>
          <w:sz w:val="20"/>
          <w:szCs w:val="20"/>
        </w:rPr>
        <w:t>令和8</w:t>
      </w:r>
      <w:proofErr w:type="gramStart"/>
      <w:r w:rsidRPr="001B4576">
        <w:rPr>
          <w:sz w:val="20"/>
          <w:szCs w:val="20"/>
        </w:rPr>
        <w:t>年　　月</w:t>
      </w:r>
      <w:proofErr w:type="gramEnd"/>
      <w:r w:rsidRPr="001B4576">
        <w:rPr>
          <w:sz w:val="20"/>
          <w:szCs w:val="20"/>
        </w:rPr>
        <w:t xml:space="preserve">　　日</w:t>
      </w:r>
    </w:p>
    <w:p w14:paraId="3D602B31" w14:textId="77777777" w:rsidR="004E6A0A" w:rsidRPr="001B4576" w:rsidRDefault="009E3BDF">
      <w:pPr>
        <w:spacing w:after="40"/>
        <w:rPr>
          <w:sz w:val="20"/>
          <w:szCs w:val="20"/>
        </w:rPr>
      </w:pPr>
      <w:proofErr w:type="spellStart"/>
      <w:r w:rsidRPr="001B4576">
        <w:rPr>
          <w:sz w:val="20"/>
          <w:szCs w:val="20"/>
        </w:rPr>
        <w:t>与謝野町商工会長</w:t>
      </w:r>
      <w:proofErr w:type="spellEnd"/>
      <w:r w:rsidRPr="001B4576">
        <w:rPr>
          <w:sz w:val="20"/>
          <w:szCs w:val="20"/>
        </w:rPr>
        <w:t xml:space="preserve">　様</w:t>
      </w:r>
    </w:p>
    <w:p w14:paraId="2D65D97C" w14:textId="77777777" w:rsidR="004E6A0A" w:rsidRPr="001B4576" w:rsidRDefault="009E3BDF" w:rsidP="00D52EC2">
      <w:pPr>
        <w:spacing w:after="40"/>
        <w:ind w:firstLineChars="100" w:firstLine="200"/>
        <w:rPr>
          <w:sz w:val="20"/>
          <w:szCs w:val="20"/>
          <w:lang w:eastAsia="ja-JP"/>
        </w:rPr>
      </w:pPr>
      <w:r w:rsidRPr="001B4576">
        <w:rPr>
          <w:sz w:val="20"/>
          <w:szCs w:val="20"/>
          <w:lang w:eastAsia="ja-JP"/>
        </w:rPr>
        <w:t>次のとおり、緊急経営継続支援金の支給を申請し、支給決定後は指定口座への振込により請求します。</w:t>
      </w:r>
    </w:p>
    <w:p w14:paraId="375525FE" w14:textId="5C8A43D8" w:rsidR="004E6A0A" w:rsidRPr="009940CB" w:rsidRDefault="009E3BDF">
      <w:pPr>
        <w:spacing w:after="20"/>
        <w:rPr>
          <w:sz w:val="22"/>
        </w:rPr>
      </w:pPr>
      <w:r w:rsidRPr="009940CB">
        <w:rPr>
          <w:b/>
          <w:sz w:val="22"/>
        </w:rPr>
        <w:t xml:space="preserve">1　</w:t>
      </w:r>
      <w:proofErr w:type="spellStart"/>
      <w:r w:rsidRPr="009940CB">
        <w:rPr>
          <w:b/>
          <w:sz w:val="22"/>
        </w:rPr>
        <w:t>申請者情報</w:t>
      </w:r>
      <w:proofErr w:type="spellEnd"/>
      <w:r w:rsidR="00BB119C" w:rsidRPr="002B51E2">
        <w:rPr>
          <w:rFonts w:hint="eastAsia"/>
          <w:b/>
          <w:color w:val="EE0000"/>
          <w:szCs w:val="18"/>
          <w:lang w:eastAsia="ja-JP"/>
        </w:rPr>
        <w:t>【必須】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3260"/>
        <w:gridCol w:w="9"/>
        <w:gridCol w:w="1551"/>
        <w:gridCol w:w="4040"/>
      </w:tblGrid>
      <w:tr w:rsidR="00FA07A8" w:rsidRPr="001B4576" w14:paraId="53B19D0A" w14:textId="77777777" w:rsidTr="00375D2D">
        <w:trPr>
          <w:trHeight w:val="441"/>
          <w:jc w:val="center"/>
        </w:trPr>
        <w:tc>
          <w:tcPr>
            <w:tcW w:w="1835" w:type="dxa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B42701" w14:textId="190D7DDC" w:rsidR="00FD4853" w:rsidRPr="007F4D92" w:rsidRDefault="00FA07A8" w:rsidP="00D52EC2">
            <w:pPr>
              <w:spacing w:after="0" w:line="240" w:lineRule="auto"/>
              <w:jc w:val="distribute"/>
              <w:rPr>
                <w:b/>
                <w:sz w:val="22"/>
                <w:lang w:eastAsia="ja-JP"/>
              </w:rPr>
            </w:pPr>
            <w:r w:rsidRPr="007F4D92">
              <w:rPr>
                <w:rFonts w:hint="eastAsia"/>
                <w:b/>
                <w:sz w:val="22"/>
                <w:lang w:eastAsia="ja-JP"/>
              </w:rPr>
              <w:t>商工会会員</w:t>
            </w:r>
          </w:p>
        </w:tc>
        <w:tc>
          <w:tcPr>
            <w:tcW w:w="3269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108EF2" w14:textId="77777777" w:rsidR="00FA07A8" w:rsidRPr="009C07C1" w:rsidRDefault="00FA07A8" w:rsidP="006F35D5">
            <w:pPr>
              <w:spacing w:after="0" w:line="240" w:lineRule="auto"/>
              <w:ind w:firstLineChars="100" w:firstLine="220"/>
              <w:jc w:val="both"/>
              <w:rPr>
                <w:sz w:val="22"/>
                <w:lang w:eastAsia="ja-JP"/>
              </w:rPr>
            </w:pPr>
            <w:r w:rsidRPr="009C07C1">
              <w:rPr>
                <w:rFonts w:hint="eastAsia"/>
                <w:sz w:val="22"/>
                <w:lang w:eastAsia="ja-JP"/>
              </w:rPr>
              <w:t>□商工会員　　□非会員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4948B267" w14:textId="237C926D" w:rsidR="00255118" w:rsidRPr="007F4D92" w:rsidRDefault="00116597" w:rsidP="00FB4F15">
            <w:pPr>
              <w:spacing w:after="0" w:line="240" w:lineRule="auto"/>
              <w:jc w:val="center"/>
              <w:rPr>
                <w:b/>
                <w:bCs/>
                <w:sz w:val="22"/>
                <w:lang w:eastAsia="ja-JP"/>
              </w:rPr>
            </w:pPr>
            <w:r w:rsidRPr="00D52EC2">
              <w:rPr>
                <w:rFonts w:hint="eastAsia"/>
                <w:b/>
                <w:bCs/>
                <w:sz w:val="22"/>
                <w:lang w:eastAsia="ja-JP"/>
              </w:rPr>
              <w:t>申請者区分</w:t>
            </w:r>
          </w:p>
        </w:tc>
        <w:tc>
          <w:tcPr>
            <w:tcW w:w="4040" w:type="dxa"/>
            <w:vAlign w:val="center"/>
          </w:tcPr>
          <w:p w14:paraId="4B493CE3" w14:textId="04A99B4B" w:rsidR="00FA07A8" w:rsidRPr="009C07C1" w:rsidRDefault="00FA07A8" w:rsidP="003F7374">
            <w:pPr>
              <w:spacing w:after="0" w:line="240" w:lineRule="auto"/>
              <w:ind w:firstLineChars="100" w:firstLine="220"/>
              <w:jc w:val="both"/>
              <w:rPr>
                <w:sz w:val="22"/>
                <w:lang w:eastAsia="ja-JP"/>
              </w:rPr>
            </w:pPr>
            <w:r w:rsidRPr="009C07C1">
              <w:rPr>
                <w:rFonts w:hint="eastAsia"/>
                <w:sz w:val="22"/>
                <w:lang w:eastAsia="ja-JP"/>
              </w:rPr>
              <w:t xml:space="preserve">□法人　　□個人　　</w:t>
            </w:r>
            <w:r w:rsidR="003F7374" w:rsidRPr="009C07C1">
              <w:rPr>
                <w:rFonts w:hint="eastAsia"/>
                <w:sz w:val="22"/>
                <w:lang w:eastAsia="ja-JP"/>
              </w:rPr>
              <w:t>□</w:t>
            </w:r>
            <w:r w:rsidRPr="009C07C1">
              <w:rPr>
                <w:rFonts w:hint="eastAsia"/>
                <w:sz w:val="22"/>
                <w:lang w:eastAsia="ja-JP"/>
              </w:rPr>
              <w:t>その他法人</w:t>
            </w:r>
          </w:p>
        </w:tc>
      </w:tr>
      <w:tr w:rsidR="00AA32DC" w:rsidRPr="001B4576" w14:paraId="42466651" w14:textId="77777777" w:rsidTr="00375D2D">
        <w:trPr>
          <w:trHeight w:val="454"/>
          <w:jc w:val="center"/>
        </w:trPr>
        <w:tc>
          <w:tcPr>
            <w:tcW w:w="1835" w:type="dxa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163DD" w14:textId="77777777" w:rsidR="00AA32DC" w:rsidRPr="00813124" w:rsidRDefault="00AA32DC" w:rsidP="00D52EC2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813124">
              <w:rPr>
                <w:b/>
                <w:sz w:val="22"/>
              </w:rPr>
              <w:t>法人名・屋号</w:t>
            </w:r>
            <w:proofErr w:type="spellEnd"/>
          </w:p>
        </w:tc>
        <w:tc>
          <w:tcPr>
            <w:tcW w:w="886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88E1AB" w14:textId="79B74B8F" w:rsidR="00AA32DC" w:rsidRPr="009C07C1" w:rsidRDefault="003F7374" w:rsidP="00255118">
            <w:pPr>
              <w:spacing w:after="0" w:line="240" w:lineRule="auto"/>
              <w:jc w:val="both"/>
              <w:rPr>
                <w:sz w:val="22"/>
              </w:rPr>
            </w:pPr>
            <w:r w:rsidRPr="009C07C1">
              <w:rPr>
                <w:rFonts w:hint="eastAsia"/>
                <w:sz w:val="22"/>
                <w:lang w:eastAsia="ja-JP"/>
              </w:rPr>
              <w:t xml:space="preserve">　</w:t>
            </w:r>
          </w:p>
        </w:tc>
      </w:tr>
      <w:tr w:rsidR="00AA32DC" w:rsidRPr="001B4576" w14:paraId="5D0382FC" w14:textId="77777777" w:rsidTr="00375D2D">
        <w:trPr>
          <w:trHeight w:val="454"/>
          <w:jc w:val="center"/>
        </w:trPr>
        <w:tc>
          <w:tcPr>
            <w:tcW w:w="1835" w:type="dxa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CFFB62" w14:textId="77777777" w:rsidR="00AA32DC" w:rsidRPr="00813124" w:rsidRDefault="00AA32DC" w:rsidP="00D52EC2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813124">
              <w:rPr>
                <w:b/>
                <w:sz w:val="22"/>
              </w:rPr>
              <w:t>代表者名</w:t>
            </w:r>
            <w:proofErr w:type="spellEnd"/>
          </w:p>
        </w:tc>
        <w:tc>
          <w:tcPr>
            <w:tcW w:w="886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E428F1" w14:textId="07DA9973" w:rsidR="00AA32DC" w:rsidRPr="009C07C1" w:rsidRDefault="003F7374" w:rsidP="00255118">
            <w:pPr>
              <w:spacing w:after="0" w:line="240" w:lineRule="auto"/>
              <w:jc w:val="both"/>
              <w:rPr>
                <w:sz w:val="22"/>
              </w:rPr>
            </w:pPr>
            <w:r w:rsidRPr="009C07C1">
              <w:rPr>
                <w:rFonts w:hint="eastAsia"/>
                <w:sz w:val="22"/>
                <w:lang w:eastAsia="ja-JP"/>
              </w:rPr>
              <w:t xml:space="preserve">　</w:t>
            </w:r>
          </w:p>
        </w:tc>
      </w:tr>
      <w:tr w:rsidR="00AA32DC" w:rsidRPr="001B4576" w14:paraId="069149FD" w14:textId="77777777" w:rsidTr="00375D2D">
        <w:trPr>
          <w:trHeight w:val="454"/>
          <w:jc w:val="center"/>
        </w:trPr>
        <w:tc>
          <w:tcPr>
            <w:tcW w:w="1835" w:type="dxa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C4EACA" w14:textId="77777777" w:rsidR="00AA32DC" w:rsidRPr="00813124" w:rsidRDefault="00AA32DC" w:rsidP="00D52EC2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813124">
              <w:rPr>
                <w:b/>
                <w:sz w:val="22"/>
              </w:rPr>
              <w:t>所在地又は住所</w:t>
            </w:r>
            <w:proofErr w:type="spellEnd"/>
          </w:p>
        </w:tc>
        <w:tc>
          <w:tcPr>
            <w:tcW w:w="886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BCCEC" w14:textId="5AEA9A02" w:rsidR="00AA32DC" w:rsidRPr="009C07C1" w:rsidRDefault="00447B34" w:rsidP="00255118">
            <w:pPr>
              <w:spacing w:after="0" w:line="240" w:lineRule="auto"/>
              <w:ind w:firstLineChars="100" w:firstLine="220"/>
              <w:jc w:val="both"/>
              <w:rPr>
                <w:sz w:val="22"/>
              </w:rPr>
            </w:pPr>
            <w:r w:rsidRPr="009C07C1">
              <w:rPr>
                <w:rFonts w:hint="eastAsia"/>
                <w:sz w:val="22"/>
                <w:lang w:eastAsia="ja-JP"/>
              </w:rPr>
              <w:t>与謝野町字</w:t>
            </w:r>
          </w:p>
        </w:tc>
      </w:tr>
      <w:tr w:rsidR="005E1BAB" w:rsidRPr="001B4576" w14:paraId="190ED413" w14:textId="77777777" w:rsidTr="00375D2D">
        <w:trPr>
          <w:trHeight w:val="454"/>
          <w:jc w:val="center"/>
        </w:trPr>
        <w:tc>
          <w:tcPr>
            <w:tcW w:w="1835" w:type="dxa"/>
            <w:shd w:val="clear" w:color="auto" w:fill="D9D9D9" w:themeFill="background1" w:themeFillShade="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010A2" w14:textId="77777777" w:rsidR="005E1BAB" w:rsidRPr="00813124" w:rsidRDefault="005E1BAB" w:rsidP="00D52EC2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813124">
              <w:rPr>
                <w:b/>
                <w:sz w:val="22"/>
              </w:rPr>
              <w:t>電話番号</w:t>
            </w:r>
            <w:proofErr w:type="spellEnd"/>
          </w:p>
        </w:tc>
        <w:tc>
          <w:tcPr>
            <w:tcW w:w="32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126C19" w14:textId="77777777" w:rsidR="005E1BAB" w:rsidRPr="001B4576" w:rsidRDefault="005E1BAB" w:rsidP="002551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3F0D0163" w14:textId="4980ADF6" w:rsidR="005E1BAB" w:rsidRPr="001B4576" w:rsidRDefault="005E1BAB" w:rsidP="00375D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3124">
              <w:rPr>
                <w:b/>
                <w:sz w:val="22"/>
              </w:rPr>
              <w:t>主たる業種</w:t>
            </w:r>
            <w:proofErr w:type="spellEnd"/>
          </w:p>
        </w:tc>
        <w:tc>
          <w:tcPr>
            <w:tcW w:w="4040" w:type="dxa"/>
            <w:vAlign w:val="center"/>
          </w:tcPr>
          <w:p w14:paraId="290DFF7B" w14:textId="572EF229" w:rsidR="005E1BAB" w:rsidRPr="001B4576" w:rsidRDefault="005E1BAB" w:rsidP="0025511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DA525B1" w14:textId="77777777" w:rsidR="00D630CD" w:rsidRDefault="00D630CD" w:rsidP="00255118">
      <w:pPr>
        <w:spacing w:before="20" w:after="20" w:line="240" w:lineRule="auto"/>
        <w:rPr>
          <w:b/>
          <w:sz w:val="22"/>
          <w:lang w:eastAsia="ja-JP"/>
        </w:rPr>
      </w:pPr>
    </w:p>
    <w:p w14:paraId="081A6808" w14:textId="533F386D" w:rsidR="0015786C" w:rsidRPr="00FE5CBC" w:rsidRDefault="00030091" w:rsidP="0015786C">
      <w:pPr>
        <w:spacing w:before="20" w:after="20"/>
        <w:rPr>
          <w:b/>
          <w:color w:val="EE0000"/>
          <w:szCs w:val="18"/>
          <w:lang w:eastAsia="ja-JP"/>
        </w:rPr>
      </w:pPr>
      <w:r>
        <w:rPr>
          <w:rFonts w:hint="eastAsia"/>
          <w:b/>
          <w:sz w:val="22"/>
          <w:lang w:eastAsia="ja-JP"/>
        </w:rPr>
        <w:t>２</w:t>
      </w:r>
      <w:r w:rsidR="0015786C" w:rsidRPr="001B4576">
        <w:rPr>
          <w:b/>
          <w:sz w:val="22"/>
          <w:lang w:eastAsia="ja-JP"/>
        </w:rPr>
        <w:t xml:space="preserve">　振込先口座</w:t>
      </w:r>
      <w:r w:rsidR="00FE5CBC" w:rsidRPr="002B51E2">
        <w:rPr>
          <w:rFonts w:hint="eastAsia"/>
          <w:b/>
          <w:color w:val="EE0000"/>
          <w:szCs w:val="18"/>
          <w:lang w:eastAsia="ja-JP"/>
        </w:rPr>
        <w:t>【必須】</w:t>
      </w:r>
      <w:r w:rsidR="00FE5CBC" w:rsidRPr="00FE5CBC">
        <w:rPr>
          <w:rFonts w:hint="eastAsia"/>
          <w:b/>
          <w:sz w:val="22"/>
          <w:lang w:eastAsia="ja-JP"/>
        </w:rPr>
        <w:t>※申請者本人名義の口座</w:t>
      </w:r>
      <w:r w:rsidR="0015786C" w:rsidRPr="00FE5CBC">
        <w:rPr>
          <w:rFonts w:hint="eastAsia"/>
          <w:b/>
          <w:szCs w:val="18"/>
          <w:lang w:eastAsia="ja-JP"/>
        </w:rPr>
        <w:t>（京都北都信用金庫をご優先ください。）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93"/>
        <w:gridCol w:w="4268"/>
        <w:gridCol w:w="1134"/>
        <w:gridCol w:w="506"/>
        <w:gridCol w:w="506"/>
        <w:gridCol w:w="506"/>
        <w:gridCol w:w="507"/>
        <w:gridCol w:w="506"/>
        <w:gridCol w:w="506"/>
        <w:gridCol w:w="507"/>
      </w:tblGrid>
      <w:tr w:rsidR="003F7374" w:rsidRPr="001B4576" w14:paraId="12EB7667" w14:textId="77777777" w:rsidTr="00FE5CBC">
        <w:trPr>
          <w:trHeight w:val="420"/>
          <w:jc w:val="center"/>
        </w:trPr>
        <w:tc>
          <w:tcPr>
            <w:tcW w:w="1693" w:type="dxa"/>
            <w:vMerge w:val="restart"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F6EDB32" w14:textId="0D346C1E" w:rsidR="003F7374" w:rsidRPr="00D52EC2" w:rsidRDefault="003F7374" w:rsidP="003F7374">
            <w:pPr>
              <w:spacing w:after="0" w:line="240" w:lineRule="auto"/>
              <w:jc w:val="distribute"/>
              <w:rPr>
                <w:b/>
                <w:sz w:val="22"/>
                <w:lang w:eastAsia="ja-JP"/>
              </w:rPr>
            </w:pPr>
            <w:r w:rsidRPr="00D52EC2">
              <w:rPr>
                <w:b/>
                <w:sz w:val="22"/>
                <w:lang w:eastAsia="ja-JP"/>
              </w:rPr>
              <w:t>金融機関名</w:t>
            </w:r>
          </w:p>
        </w:tc>
        <w:tc>
          <w:tcPr>
            <w:tcW w:w="4268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ADBE103" w14:textId="247EB0E9" w:rsidR="003F7374" w:rsidRPr="00FE5CBC" w:rsidRDefault="003F7374" w:rsidP="003F7374">
            <w:pPr>
              <w:spacing w:after="0" w:line="240" w:lineRule="auto"/>
              <w:ind w:firstLineChars="100" w:firstLine="200"/>
              <w:rPr>
                <w:sz w:val="20"/>
                <w:szCs w:val="20"/>
                <w:lang w:eastAsia="ja-JP"/>
              </w:rPr>
            </w:pPr>
            <w:r w:rsidRPr="00FE5CBC">
              <w:rPr>
                <w:rFonts w:hint="eastAsia"/>
                <w:sz w:val="20"/>
                <w:szCs w:val="20"/>
                <w:lang w:eastAsia="ja-JP"/>
              </w:rPr>
              <w:t>□京都北都信用金庫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53ED63" w14:textId="77777777" w:rsidR="003F7374" w:rsidRPr="00D52EC2" w:rsidRDefault="003F7374" w:rsidP="003F7374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D52EC2">
              <w:rPr>
                <w:b/>
                <w:sz w:val="22"/>
              </w:rPr>
              <w:t>支店名</w:t>
            </w:r>
            <w:proofErr w:type="spellEnd"/>
          </w:p>
        </w:tc>
        <w:tc>
          <w:tcPr>
            <w:tcW w:w="3544" w:type="dxa"/>
            <w:gridSpan w:val="7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EC69268" w14:textId="1A10F2F5" w:rsidR="003F7374" w:rsidRPr="001B4576" w:rsidRDefault="003F7374" w:rsidP="000C4CD3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113BD2" w:rsidRPr="001B4576" w14:paraId="03BF6EDC" w14:textId="77777777" w:rsidTr="00FE5CBC">
        <w:trPr>
          <w:trHeight w:val="391"/>
          <w:jc w:val="center"/>
        </w:trPr>
        <w:tc>
          <w:tcPr>
            <w:tcW w:w="1693" w:type="dxa"/>
            <w:vMerge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E2A0E61" w14:textId="7ED98D64" w:rsidR="00113BD2" w:rsidRPr="00D52EC2" w:rsidRDefault="00113BD2" w:rsidP="003F7374">
            <w:pPr>
              <w:spacing w:after="0" w:line="240" w:lineRule="auto"/>
              <w:jc w:val="distribute"/>
              <w:rPr>
                <w:sz w:val="22"/>
              </w:rPr>
            </w:pPr>
          </w:p>
        </w:tc>
        <w:tc>
          <w:tcPr>
            <w:tcW w:w="4268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E768B95" w14:textId="36AB223A" w:rsidR="00113BD2" w:rsidRPr="00FE5CBC" w:rsidRDefault="00113BD2" w:rsidP="003F7374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FE5CBC">
              <w:rPr>
                <w:rFonts w:hint="eastAsia"/>
                <w:sz w:val="20"/>
                <w:szCs w:val="20"/>
                <w:lang w:eastAsia="ja-JP"/>
              </w:rPr>
              <w:t xml:space="preserve">　□その他 →　　　　　　　　　　　　　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4D5C626" w14:textId="77777777" w:rsidR="00113BD2" w:rsidRPr="00D52EC2" w:rsidRDefault="00113BD2" w:rsidP="003F7374">
            <w:pPr>
              <w:spacing w:after="0" w:line="240" w:lineRule="auto"/>
              <w:jc w:val="distribute"/>
              <w:rPr>
                <w:sz w:val="22"/>
              </w:rPr>
            </w:pPr>
            <w:proofErr w:type="spellStart"/>
            <w:r w:rsidRPr="00D52EC2">
              <w:rPr>
                <w:b/>
                <w:sz w:val="22"/>
              </w:rPr>
              <w:t>口座番号</w:t>
            </w:r>
            <w:proofErr w:type="spellEnd"/>
          </w:p>
        </w:tc>
        <w:tc>
          <w:tcPr>
            <w:tcW w:w="506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8530594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2409E6EB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2AEC8B6E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14:paraId="4FADCE6E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59D53923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63FDD21F" w14:textId="77777777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  <w:vAlign w:val="center"/>
          </w:tcPr>
          <w:p w14:paraId="181F4C51" w14:textId="452D5CEF" w:rsidR="00113BD2" w:rsidRPr="001B4576" w:rsidRDefault="00113BD2" w:rsidP="00E10C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F7374" w:rsidRPr="001B4576" w14:paraId="686ADBE9" w14:textId="77777777" w:rsidTr="00FE5CBC">
        <w:trPr>
          <w:trHeight w:val="424"/>
          <w:jc w:val="center"/>
        </w:trPr>
        <w:tc>
          <w:tcPr>
            <w:tcW w:w="1693" w:type="dxa"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20CA092" w14:textId="142FFBED" w:rsidR="003F7374" w:rsidRPr="00D52EC2" w:rsidRDefault="003F7374" w:rsidP="003F7374">
            <w:pPr>
              <w:spacing w:after="0" w:line="240" w:lineRule="auto"/>
              <w:jc w:val="distribute"/>
              <w:rPr>
                <w:sz w:val="22"/>
              </w:rPr>
            </w:pPr>
            <w:r w:rsidRPr="00D52EC2">
              <w:rPr>
                <w:rFonts w:hint="eastAsia"/>
                <w:b/>
                <w:sz w:val="22"/>
                <w:lang w:eastAsia="ja-JP"/>
              </w:rPr>
              <w:t>口座名義</w:t>
            </w:r>
          </w:p>
        </w:tc>
        <w:tc>
          <w:tcPr>
            <w:tcW w:w="4268" w:type="dx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02C28F8" w14:textId="77777777" w:rsidR="003F7374" w:rsidRPr="001B4576" w:rsidRDefault="003F7374" w:rsidP="00BC0C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E0125DC" w14:textId="3E8B49E9" w:rsidR="003F7374" w:rsidRPr="003F7374" w:rsidRDefault="003F7374" w:rsidP="003F7374">
            <w:pPr>
              <w:spacing w:after="0" w:line="240" w:lineRule="auto"/>
              <w:jc w:val="distribute"/>
              <w:rPr>
                <w:b/>
                <w:bCs/>
                <w:sz w:val="22"/>
              </w:rPr>
            </w:pPr>
            <w:r w:rsidRPr="003F7374">
              <w:rPr>
                <w:rFonts w:hint="eastAsia"/>
                <w:b/>
                <w:bCs/>
                <w:sz w:val="22"/>
                <w:lang w:eastAsia="ja-JP"/>
              </w:rPr>
              <w:t>預金種別</w:t>
            </w:r>
          </w:p>
        </w:tc>
        <w:tc>
          <w:tcPr>
            <w:tcW w:w="3544" w:type="dxa"/>
            <w:gridSpan w:val="7"/>
            <w:vAlign w:val="center"/>
          </w:tcPr>
          <w:p w14:paraId="494EA05D" w14:textId="457F89B0" w:rsidR="003F7374" w:rsidRPr="009C07C1" w:rsidRDefault="003F7374" w:rsidP="003F7374">
            <w:pPr>
              <w:spacing w:after="0" w:line="240" w:lineRule="auto"/>
              <w:jc w:val="center"/>
              <w:rPr>
                <w:sz w:val="22"/>
                <w:lang w:eastAsia="ja-JP"/>
              </w:rPr>
            </w:pPr>
            <w:r w:rsidRPr="009C07C1">
              <w:rPr>
                <w:sz w:val="22"/>
              </w:rPr>
              <w:t xml:space="preserve">□ </w:t>
            </w:r>
            <w:proofErr w:type="spellStart"/>
            <w:r w:rsidRPr="009C07C1">
              <w:rPr>
                <w:sz w:val="22"/>
              </w:rPr>
              <w:t>普通</w:t>
            </w:r>
            <w:proofErr w:type="spellEnd"/>
            <w:r w:rsidRPr="009C07C1">
              <w:rPr>
                <w:rFonts w:hint="eastAsia"/>
                <w:sz w:val="22"/>
                <w:lang w:eastAsia="ja-JP"/>
              </w:rPr>
              <w:t xml:space="preserve">　</w:t>
            </w:r>
            <w:r w:rsidRPr="009C07C1">
              <w:rPr>
                <w:sz w:val="22"/>
              </w:rPr>
              <w:t xml:space="preserve">　□ </w:t>
            </w:r>
            <w:proofErr w:type="spellStart"/>
            <w:r w:rsidRPr="009C07C1">
              <w:rPr>
                <w:sz w:val="22"/>
              </w:rPr>
              <w:t>当座</w:t>
            </w:r>
            <w:proofErr w:type="spellEnd"/>
          </w:p>
        </w:tc>
      </w:tr>
      <w:tr w:rsidR="00BB0393" w:rsidRPr="001B4576" w14:paraId="7DE35E47" w14:textId="77777777" w:rsidTr="00FE5CBC">
        <w:trPr>
          <w:trHeight w:val="424"/>
          <w:jc w:val="center"/>
        </w:trPr>
        <w:tc>
          <w:tcPr>
            <w:tcW w:w="1693" w:type="dxa"/>
            <w:shd w:val="clear" w:color="auto" w:fill="D9D9D9" w:themeFill="background1" w:themeFillShade="D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AAE05B1" w14:textId="47E76074" w:rsidR="00BB0393" w:rsidRPr="00D52EC2" w:rsidRDefault="00BB0393" w:rsidP="003F7374">
            <w:pPr>
              <w:spacing w:after="0" w:line="240" w:lineRule="auto"/>
              <w:jc w:val="distribute"/>
              <w:rPr>
                <w:b/>
                <w:sz w:val="22"/>
              </w:rPr>
            </w:pPr>
            <w:r w:rsidRPr="00D52EC2">
              <w:rPr>
                <w:rFonts w:hint="eastAsia"/>
                <w:b/>
                <w:sz w:val="22"/>
                <w:lang w:eastAsia="ja-JP"/>
              </w:rPr>
              <w:t>フリガナ</w:t>
            </w:r>
          </w:p>
        </w:tc>
        <w:tc>
          <w:tcPr>
            <w:tcW w:w="8946" w:type="dxa"/>
            <w:gridSpan w:val="9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27E2F24" w14:textId="3D4BA54B" w:rsidR="00BB0393" w:rsidRPr="001B4576" w:rsidRDefault="000C4CD3" w:rsidP="00BC0C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</w:p>
        </w:tc>
      </w:tr>
    </w:tbl>
    <w:p w14:paraId="794F48BE" w14:textId="77777777" w:rsidR="00255118" w:rsidRDefault="00255118" w:rsidP="00255118">
      <w:pPr>
        <w:spacing w:before="40" w:after="20" w:line="240" w:lineRule="auto"/>
        <w:rPr>
          <w:b/>
          <w:sz w:val="22"/>
          <w:lang w:eastAsia="ja-JP"/>
        </w:rPr>
      </w:pPr>
    </w:p>
    <w:p w14:paraId="65E3F7FC" w14:textId="6A35ED2B" w:rsidR="004E6A0A" w:rsidRPr="001B4576" w:rsidRDefault="00030091">
      <w:pPr>
        <w:spacing w:before="40" w:after="20"/>
        <w:rPr>
          <w:sz w:val="22"/>
        </w:rPr>
      </w:pPr>
      <w:r>
        <w:rPr>
          <w:rFonts w:hint="eastAsia"/>
          <w:b/>
          <w:sz w:val="22"/>
          <w:lang w:eastAsia="ja-JP"/>
        </w:rPr>
        <w:t>３</w:t>
      </w:r>
      <w:r w:rsidR="009E3BDF" w:rsidRPr="001B4576">
        <w:rPr>
          <w:b/>
          <w:sz w:val="22"/>
          <w:lang w:eastAsia="ja-JP"/>
        </w:rPr>
        <w:t xml:space="preserve">　誓約・確認事項</w:t>
      </w:r>
      <w:r w:rsidR="00FE5CBC" w:rsidRPr="002B51E2">
        <w:rPr>
          <w:rFonts w:hint="eastAsia"/>
          <w:b/>
          <w:color w:val="EE0000"/>
          <w:szCs w:val="18"/>
          <w:lang w:eastAsia="ja-JP"/>
        </w:rPr>
        <w:t>【必須】</w:t>
      </w:r>
      <w:r w:rsidR="009E3BDF" w:rsidRPr="001B4576">
        <w:rPr>
          <w:b/>
          <w:sz w:val="22"/>
          <w:lang w:eastAsia="ja-JP"/>
        </w:rPr>
        <w:t>（確認の上、□にチェックしてください。</w:t>
      </w:r>
      <w:r w:rsidR="009E3BDF" w:rsidRPr="001B4576">
        <w:rPr>
          <w:b/>
          <w:sz w:val="22"/>
        </w:rPr>
        <w:t>）</w:t>
      </w:r>
    </w:p>
    <w:tbl>
      <w:tblPr>
        <w:tblW w:w="10624" w:type="dxa"/>
        <w:jc w:val="center"/>
        <w:tblLook w:val="04A0" w:firstRow="1" w:lastRow="0" w:firstColumn="1" w:lastColumn="0" w:noHBand="0" w:noVBand="1"/>
      </w:tblPr>
      <w:tblGrid>
        <w:gridCol w:w="10624"/>
      </w:tblGrid>
      <w:tr w:rsidR="004E6A0A" w:rsidRPr="001B4576" w14:paraId="1926FCFB" w14:textId="77777777" w:rsidTr="00D52EC2">
        <w:trPr>
          <w:jc w:val="center"/>
        </w:trPr>
        <w:tc>
          <w:tcPr>
            <w:tcW w:w="10624" w:type="dxa"/>
            <w:tcMar>
              <w:top w:w="35" w:type="dxa"/>
              <w:left w:w="50" w:type="dxa"/>
              <w:bottom w:w="35" w:type="dxa"/>
              <w:right w:w="50" w:type="dxa"/>
            </w:tcMar>
          </w:tcPr>
          <w:p w14:paraId="75AD6C77" w14:textId="77777777" w:rsidR="004E6A0A" w:rsidRPr="001B4576" w:rsidRDefault="009E3BDF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1B4576">
              <w:rPr>
                <w:sz w:val="20"/>
                <w:szCs w:val="20"/>
                <w:lang w:eastAsia="ja-JP"/>
              </w:rPr>
              <w:t>□ 申請日時点で町内に事業拠点を有し、事業を行っており、今後も継続する意思があります。</w:t>
            </w:r>
          </w:p>
        </w:tc>
      </w:tr>
      <w:tr w:rsidR="004E6A0A" w:rsidRPr="001B4576" w14:paraId="0120039F" w14:textId="77777777" w:rsidTr="00D52EC2">
        <w:trPr>
          <w:jc w:val="center"/>
        </w:trPr>
        <w:tc>
          <w:tcPr>
            <w:tcW w:w="10624" w:type="dxa"/>
            <w:tcMar>
              <w:top w:w="35" w:type="dxa"/>
              <w:left w:w="50" w:type="dxa"/>
              <w:bottom w:w="35" w:type="dxa"/>
              <w:right w:w="50" w:type="dxa"/>
            </w:tcMar>
          </w:tcPr>
          <w:p w14:paraId="07C3E475" w14:textId="43791BC1" w:rsidR="004E6A0A" w:rsidRPr="00FE4DC5" w:rsidRDefault="009E3BDF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FE4DC5">
              <w:rPr>
                <w:sz w:val="20"/>
                <w:szCs w:val="20"/>
                <w:lang w:eastAsia="ja-JP"/>
              </w:rPr>
              <w:t>□ 農業者ではありません。</w:t>
            </w:r>
            <w:r w:rsidR="00545792" w:rsidRPr="00FE4DC5">
              <w:rPr>
                <w:rFonts w:hint="eastAsia"/>
                <w:sz w:val="20"/>
                <w:szCs w:val="20"/>
                <w:lang w:eastAsia="ja-JP"/>
              </w:rPr>
              <w:t>与謝野町役場農林環境課に</w:t>
            </w:r>
            <w:r w:rsidR="00545792" w:rsidRPr="00FE4DC5">
              <w:rPr>
                <w:sz w:val="20"/>
                <w:szCs w:val="20"/>
                <w:lang w:eastAsia="ja-JP"/>
              </w:rPr>
              <w:t>確認することに同意します。</w:t>
            </w:r>
          </w:p>
        </w:tc>
      </w:tr>
      <w:tr w:rsidR="004E6A0A" w:rsidRPr="001B4576" w14:paraId="23B027FE" w14:textId="77777777" w:rsidTr="00D52EC2">
        <w:trPr>
          <w:jc w:val="center"/>
        </w:trPr>
        <w:tc>
          <w:tcPr>
            <w:tcW w:w="10624" w:type="dxa"/>
            <w:tcMar>
              <w:top w:w="35" w:type="dxa"/>
              <w:left w:w="50" w:type="dxa"/>
              <w:bottom w:w="35" w:type="dxa"/>
              <w:right w:w="50" w:type="dxa"/>
            </w:tcMar>
          </w:tcPr>
          <w:p w14:paraId="44379732" w14:textId="77777777" w:rsidR="004E6A0A" w:rsidRPr="001B4576" w:rsidRDefault="009E3BDF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1B4576">
              <w:rPr>
                <w:sz w:val="20"/>
                <w:szCs w:val="20"/>
                <w:lang w:eastAsia="ja-JP"/>
              </w:rPr>
              <w:t>□ 国・公共団体、政治・宗教団体、反社会的勢力、未許可営業者、指定管理業務のみを行う者、休眠・廃業予定者等ではありません。</w:t>
            </w:r>
          </w:p>
        </w:tc>
      </w:tr>
      <w:tr w:rsidR="004E6A0A" w:rsidRPr="001B4576" w14:paraId="32DC53F2" w14:textId="77777777" w:rsidTr="00D52EC2">
        <w:trPr>
          <w:jc w:val="center"/>
        </w:trPr>
        <w:tc>
          <w:tcPr>
            <w:tcW w:w="10624" w:type="dxa"/>
            <w:tcMar>
              <w:top w:w="35" w:type="dxa"/>
              <w:left w:w="50" w:type="dxa"/>
              <w:bottom w:w="35" w:type="dxa"/>
              <w:right w:w="50" w:type="dxa"/>
            </w:tcMar>
          </w:tcPr>
          <w:p w14:paraId="37FAFD83" w14:textId="77777777" w:rsidR="004E6A0A" w:rsidRPr="001B4576" w:rsidRDefault="009E3BDF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1B4576">
              <w:rPr>
                <w:sz w:val="20"/>
                <w:szCs w:val="20"/>
                <w:lang w:eastAsia="ja-JP"/>
              </w:rPr>
              <w:t>□ 申請内容に虚偽はありません。虚偽その他不正が判明した場合は、支援金を返還します。</w:t>
            </w:r>
          </w:p>
        </w:tc>
      </w:tr>
      <w:tr w:rsidR="004E6A0A" w:rsidRPr="001B4576" w14:paraId="4A939D4B" w14:textId="77777777" w:rsidTr="00D52EC2">
        <w:trPr>
          <w:jc w:val="center"/>
        </w:trPr>
        <w:tc>
          <w:tcPr>
            <w:tcW w:w="10624" w:type="dxa"/>
            <w:tcMar>
              <w:top w:w="35" w:type="dxa"/>
              <w:left w:w="50" w:type="dxa"/>
              <w:bottom w:w="35" w:type="dxa"/>
              <w:right w:w="50" w:type="dxa"/>
            </w:tcMar>
          </w:tcPr>
          <w:p w14:paraId="498D3E16" w14:textId="77777777" w:rsidR="004E6A0A" w:rsidRPr="001B4576" w:rsidRDefault="009E3BDF">
            <w:pPr>
              <w:spacing w:after="0" w:line="240" w:lineRule="auto"/>
              <w:rPr>
                <w:sz w:val="20"/>
                <w:szCs w:val="20"/>
                <w:lang w:eastAsia="ja-JP"/>
              </w:rPr>
            </w:pPr>
            <w:r w:rsidRPr="001B4576">
              <w:rPr>
                <w:sz w:val="20"/>
                <w:szCs w:val="20"/>
                <w:lang w:eastAsia="ja-JP"/>
              </w:rPr>
              <w:t>□ 審査に必要な範囲で、町及び商工会が関係書類を確認することに同意します。</w:t>
            </w:r>
          </w:p>
        </w:tc>
      </w:tr>
    </w:tbl>
    <w:p w14:paraId="3965EF2E" w14:textId="23B0EC2F" w:rsidR="001B4576" w:rsidRPr="00766FA1" w:rsidRDefault="00766FA1" w:rsidP="003F7374">
      <w:pPr>
        <w:spacing w:after="20" w:line="240" w:lineRule="auto"/>
        <w:rPr>
          <w:b/>
          <w:sz w:val="24"/>
          <w:szCs w:val="24"/>
          <w:bdr w:val="single" w:sz="4" w:space="0" w:color="auto"/>
          <w:lang w:eastAsia="ja-JP"/>
        </w:rPr>
      </w:pPr>
      <w:r w:rsidRPr="00766FA1">
        <w:rPr>
          <w:rFonts w:hint="eastAsia"/>
          <w:b/>
          <w:sz w:val="24"/>
          <w:szCs w:val="24"/>
          <w:lang w:eastAsia="ja-JP"/>
        </w:rPr>
        <w:t>――――――――――</w:t>
      </w:r>
      <w:r w:rsidR="00BB119C">
        <w:rPr>
          <w:rFonts w:hint="eastAsia"/>
          <w:b/>
          <w:sz w:val="24"/>
          <w:szCs w:val="24"/>
          <w:lang w:eastAsia="ja-JP"/>
        </w:rPr>
        <w:t>―――</w:t>
      </w:r>
      <w:r w:rsidRPr="00766FA1">
        <w:rPr>
          <w:rFonts w:hint="eastAsia"/>
          <w:b/>
          <w:sz w:val="24"/>
          <w:szCs w:val="24"/>
          <w:lang w:eastAsia="ja-JP"/>
        </w:rPr>
        <w:t>―</w:t>
      </w:r>
      <w:r w:rsidR="003A32EE">
        <w:rPr>
          <w:rFonts w:hint="eastAsia"/>
          <w:b/>
          <w:sz w:val="24"/>
          <w:szCs w:val="24"/>
          <w:lang w:eastAsia="ja-JP"/>
        </w:rPr>
        <w:t>―</w:t>
      </w:r>
      <w:r w:rsidRPr="00766FA1">
        <w:rPr>
          <w:rFonts w:hint="eastAsia"/>
          <w:b/>
          <w:sz w:val="24"/>
          <w:szCs w:val="24"/>
          <w:lang w:eastAsia="ja-JP"/>
        </w:rPr>
        <w:t>――――</w:t>
      </w:r>
      <w:r w:rsidR="001B4576" w:rsidRPr="00766FA1">
        <w:rPr>
          <w:rFonts w:hint="eastAsia"/>
          <w:b/>
          <w:sz w:val="24"/>
          <w:szCs w:val="24"/>
          <w:bdr w:val="single" w:sz="4" w:space="0" w:color="auto"/>
          <w:lang w:eastAsia="ja-JP"/>
        </w:rPr>
        <w:t>非会員の方のみ</w:t>
      </w:r>
      <w:r w:rsidRPr="00766FA1">
        <w:rPr>
          <w:rFonts w:hint="eastAsia"/>
          <w:b/>
          <w:sz w:val="24"/>
          <w:szCs w:val="24"/>
          <w:lang w:eastAsia="ja-JP"/>
        </w:rPr>
        <w:t>――――――――</w:t>
      </w:r>
      <w:r w:rsidR="00BB119C">
        <w:rPr>
          <w:rFonts w:hint="eastAsia"/>
          <w:b/>
          <w:sz w:val="24"/>
          <w:szCs w:val="24"/>
          <w:lang w:eastAsia="ja-JP"/>
        </w:rPr>
        <w:t>―――</w:t>
      </w:r>
      <w:r w:rsidRPr="00766FA1">
        <w:rPr>
          <w:rFonts w:hint="eastAsia"/>
          <w:b/>
          <w:sz w:val="24"/>
          <w:szCs w:val="24"/>
          <w:lang w:eastAsia="ja-JP"/>
        </w:rPr>
        <w:t>――</w:t>
      </w:r>
      <w:r w:rsidR="003A32EE">
        <w:rPr>
          <w:rFonts w:hint="eastAsia"/>
          <w:b/>
          <w:sz w:val="24"/>
          <w:szCs w:val="24"/>
          <w:lang w:eastAsia="ja-JP"/>
        </w:rPr>
        <w:t>―</w:t>
      </w:r>
      <w:r w:rsidRPr="00766FA1">
        <w:rPr>
          <w:rFonts w:hint="eastAsia"/>
          <w:b/>
          <w:sz w:val="24"/>
          <w:szCs w:val="24"/>
          <w:lang w:eastAsia="ja-JP"/>
        </w:rPr>
        <w:t>―――――</w:t>
      </w:r>
    </w:p>
    <w:p w14:paraId="2BCB4215" w14:textId="2E816DD0" w:rsidR="004E6A0A" w:rsidRPr="001B4576" w:rsidRDefault="009E3BDF" w:rsidP="00FB4F15">
      <w:pPr>
        <w:spacing w:before="40" w:after="20" w:line="240" w:lineRule="auto"/>
        <w:rPr>
          <w:sz w:val="22"/>
          <w:lang w:eastAsia="ja-JP"/>
        </w:rPr>
      </w:pPr>
      <w:r w:rsidRPr="001B4576">
        <w:rPr>
          <w:b/>
          <w:sz w:val="22"/>
          <w:lang w:eastAsia="ja-JP"/>
        </w:rPr>
        <w:t>4　添付書類</w:t>
      </w:r>
      <w:r w:rsidR="00DB5D8B">
        <w:rPr>
          <w:rFonts w:hint="eastAsia"/>
          <w:b/>
          <w:sz w:val="22"/>
          <w:lang w:eastAsia="ja-JP"/>
        </w:rPr>
        <w:t>【非会員のみ】</w:t>
      </w:r>
    </w:p>
    <w:p w14:paraId="482BF3BF" w14:textId="77777777" w:rsidR="00FB4F15" w:rsidRDefault="009E3BDF" w:rsidP="00FB4F15">
      <w:pPr>
        <w:spacing w:after="20" w:line="240" w:lineRule="auto"/>
        <w:ind w:firstLineChars="100" w:firstLine="200"/>
        <w:rPr>
          <w:sz w:val="20"/>
          <w:szCs w:val="20"/>
          <w:lang w:eastAsia="ja-JP"/>
        </w:rPr>
      </w:pPr>
      <w:r w:rsidRPr="001B4576">
        <w:rPr>
          <w:sz w:val="20"/>
          <w:szCs w:val="20"/>
          <w:lang w:eastAsia="ja-JP"/>
        </w:rPr>
        <w:t>□ 営業実態・事業継続が確認できる書類</w:t>
      </w:r>
    </w:p>
    <w:p w14:paraId="747A2F61" w14:textId="72EAC360" w:rsidR="00493F3C" w:rsidRPr="001B4576" w:rsidRDefault="00FE4D4C" w:rsidP="00FB4F15">
      <w:pPr>
        <w:spacing w:after="20" w:line="240" w:lineRule="auto"/>
        <w:ind w:firstLineChars="100" w:firstLine="200"/>
        <w:rPr>
          <w:sz w:val="20"/>
          <w:szCs w:val="20"/>
          <w:lang w:eastAsia="ja-JP"/>
        </w:rPr>
      </w:pPr>
      <w:r w:rsidRPr="001B4576">
        <w:rPr>
          <w:rFonts w:hint="eastAsia"/>
          <w:sz w:val="20"/>
          <w:szCs w:val="20"/>
          <w:lang w:eastAsia="ja-JP"/>
        </w:rPr>
        <w:t>（令和</w:t>
      </w:r>
      <w:r w:rsidR="00FB4F15">
        <w:rPr>
          <w:rFonts w:hint="eastAsia"/>
          <w:sz w:val="20"/>
          <w:szCs w:val="20"/>
          <w:lang w:eastAsia="ja-JP"/>
        </w:rPr>
        <w:t>7</w:t>
      </w:r>
      <w:r w:rsidRPr="001B4576">
        <w:rPr>
          <w:rFonts w:hint="eastAsia"/>
          <w:sz w:val="20"/>
          <w:szCs w:val="20"/>
          <w:lang w:eastAsia="ja-JP"/>
        </w:rPr>
        <w:t>年</w:t>
      </w:r>
      <w:r w:rsidRPr="00545792">
        <w:rPr>
          <w:rFonts w:hint="eastAsia"/>
          <w:sz w:val="20"/>
          <w:szCs w:val="20"/>
          <w:lang w:eastAsia="ja-JP"/>
        </w:rPr>
        <w:t>確定申告書、</w:t>
      </w:r>
      <w:r w:rsidRPr="001B4576">
        <w:rPr>
          <w:rFonts w:hint="eastAsia"/>
          <w:sz w:val="20"/>
          <w:szCs w:val="20"/>
          <w:lang w:eastAsia="ja-JP"/>
        </w:rPr>
        <w:t>令和</w:t>
      </w:r>
      <w:r w:rsidR="00FB4F15">
        <w:rPr>
          <w:rFonts w:hint="eastAsia"/>
          <w:sz w:val="20"/>
          <w:szCs w:val="20"/>
          <w:lang w:eastAsia="ja-JP"/>
        </w:rPr>
        <w:t>7</w:t>
      </w:r>
      <w:r w:rsidRPr="001B4576">
        <w:rPr>
          <w:rFonts w:hint="eastAsia"/>
          <w:sz w:val="20"/>
          <w:szCs w:val="20"/>
          <w:lang w:eastAsia="ja-JP"/>
        </w:rPr>
        <w:t>年</w:t>
      </w:r>
      <w:r w:rsidRPr="00545792">
        <w:rPr>
          <w:rFonts w:hint="eastAsia"/>
          <w:sz w:val="20"/>
          <w:szCs w:val="20"/>
          <w:lang w:eastAsia="ja-JP"/>
        </w:rPr>
        <w:t>町民税申告書、</w:t>
      </w:r>
      <w:r w:rsidR="00121D17" w:rsidRPr="00545792">
        <w:rPr>
          <w:rFonts w:hint="eastAsia"/>
          <w:sz w:val="20"/>
          <w:szCs w:val="20"/>
          <w:lang w:eastAsia="ja-JP"/>
        </w:rPr>
        <w:t>決算書、</w:t>
      </w:r>
      <w:r w:rsidRPr="00545792">
        <w:rPr>
          <w:rFonts w:hint="eastAsia"/>
          <w:sz w:val="20"/>
          <w:szCs w:val="20"/>
          <w:lang w:eastAsia="ja-JP"/>
        </w:rPr>
        <w:t>開業届</w:t>
      </w:r>
      <w:r w:rsidR="00FB4F15" w:rsidRPr="00545792">
        <w:rPr>
          <w:rFonts w:hint="eastAsia"/>
          <w:sz w:val="20"/>
          <w:szCs w:val="20"/>
          <w:lang w:eastAsia="ja-JP"/>
        </w:rPr>
        <w:t>、営業許可の写し等</w:t>
      </w:r>
      <w:r w:rsidR="00121D17" w:rsidRPr="00545792">
        <w:rPr>
          <w:rFonts w:hint="eastAsia"/>
          <w:sz w:val="20"/>
          <w:szCs w:val="20"/>
          <w:lang w:eastAsia="ja-JP"/>
        </w:rPr>
        <w:t>のいずれか１つ</w:t>
      </w:r>
      <w:r w:rsidR="00AA32DC" w:rsidRPr="001B4576">
        <w:rPr>
          <w:rFonts w:hint="eastAsia"/>
          <w:sz w:val="20"/>
          <w:szCs w:val="20"/>
          <w:lang w:eastAsia="ja-JP"/>
        </w:rPr>
        <w:t>）</w:t>
      </w:r>
    </w:p>
    <w:p w14:paraId="2FB2F5CC" w14:textId="16090E66" w:rsidR="004E6A0A" w:rsidRPr="001B4576" w:rsidRDefault="009E3BDF" w:rsidP="00FB4F15">
      <w:pPr>
        <w:spacing w:after="20" w:line="240" w:lineRule="auto"/>
        <w:rPr>
          <w:sz w:val="20"/>
          <w:szCs w:val="20"/>
          <w:lang w:eastAsia="ja-JP"/>
        </w:rPr>
      </w:pPr>
      <w:r w:rsidRPr="001B4576">
        <w:rPr>
          <w:sz w:val="20"/>
          <w:szCs w:val="20"/>
          <w:lang w:eastAsia="ja-JP"/>
        </w:rPr>
        <w:t xml:space="preserve">　□ 振込先口座が確認できる書類</w:t>
      </w:r>
    </w:p>
    <w:p w14:paraId="3723FAFD" w14:textId="0DE9B04D" w:rsidR="00B76454" w:rsidRPr="003F7374" w:rsidRDefault="00C34818" w:rsidP="00FB4F15">
      <w:pPr>
        <w:spacing w:after="0" w:line="240" w:lineRule="auto"/>
        <w:rPr>
          <w:sz w:val="24"/>
          <w:szCs w:val="24"/>
          <w:lang w:eastAsia="ja-JP"/>
        </w:rPr>
      </w:pPr>
      <w:r w:rsidRPr="003F7374">
        <w:rPr>
          <w:rFonts w:hint="eastAsia"/>
          <w:sz w:val="24"/>
          <w:szCs w:val="24"/>
          <w:lang w:eastAsia="ja-JP"/>
        </w:rPr>
        <w:t>―――――――――――――――――――</w:t>
      </w:r>
      <w:r w:rsidR="00493F3C" w:rsidRPr="008832F4">
        <w:rPr>
          <w:b/>
          <w:bCs/>
          <w:sz w:val="20"/>
          <w:szCs w:val="20"/>
          <w:lang w:eastAsia="ja-JP"/>
        </w:rPr>
        <w:t>【商工会使用欄】</w:t>
      </w:r>
      <w:r w:rsidRPr="003F7374">
        <w:rPr>
          <w:rFonts w:hint="eastAsia"/>
          <w:sz w:val="24"/>
          <w:szCs w:val="24"/>
          <w:lang w:eastAsia="ja-JP"/>
        </w:rPr>
        <w:t>――――――――――――――――――――</w:t>
      </w:r>
    </w:p>
    <w:tbl>
      <w:tblPr>
        <w:tblStyle w:val="afe"/>
        <w:tblW w:w="0" w:type="auto"/>
        <w:tblInd w:w="1675" w:type="dxa"/>
        <w:tblLook w:val="04A0" w:firstRow="1" w:lastRow="0" w:firstColumn="1" w:lastColumn="0" w:noHBand="0" w:noVBand="1"/>
      </w:tblPr>
      <w:tblGrid>
        <w:gridCol w:w="2410"/>
        <w:gridCol w:w="1134"/>
        <w:gridCol w:w="3654"/>
      </w:tblGrid>
      <w:tr w:rsidR="00B76454" w14:paraId="558162BA" w14:textId="77777777" w:rsidTr="00FC114F">
        <w:trPr>
          <w:trHeight w:val="319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2181F09" w14:textId="363F4FD8" w:rsidR="00B76454" w:rsidRPr="00A94204" w:rsidRDefault="007D26B3" w:rsidP="007D26B3">
            <w:pPr>
              <w:spacing w:before="40"/>
              <w:jc w:val="center"/>
              <w:rPr>
                <w:b/>
                <w:bCs/>
                <w:sz w:val="20"/>
                <w:szCs w:val="20"/>
                <w:lang w:eastAsia="ja-JP"/>
              </w:rPr>
            </w:pPr>
            <w:r w:rsidRPr="00A94204">
              <w:rPr>
                <w:rFonts w:hint="eastAsia"/>
                <w:b/>
                <w:bCs/>
                <w:sz w:val="20"/>
                <w:szCs w:val="20"/>
                <w:lang w:eastAsia="ja-JP"/>
              </w:rPr>
              <w:t>受付日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6B68B3" w14:textId="7A9970F3" w:rsidR="00B76454" w:rsidRPr="00A94204" w:rsidRDefault="007D26B3" w:rsidP="00365636">
            <w:pPr>
              <w:spacing w:before="40"/>
              <w:jc w:val="center"/>
              <w:rPr>
                <w:b/>
                <w:bCs/>
                <w:sz w:val="20"/>
                <w:szCs w:val="20"/>
                <w:lang w:eastAsia="ja-JP"/>
              </w:rPr>
            </w:pPr>
            <w:r w:rsidRPr="00A94204">
              <w:rPr>
                <w:rFonts w:hint="eastAsia"/>
                <w:b/>
                <w:bCs/>
                <w:sz w:val="20"/>
                <w:szCs w:val="20"/>
                <w:lang w:eastAsia="ja-JP"/>
              </w:rPr>
              <w:t>確認</w:t>
            </w:r>
          </w:p>
        </w:tc>
        <w:tc>
          <w:tcPr>
            <w:tcW w:w="3654" w:type="dxa"/>
            <w:vAlign w:val="center"/>
          </w:tcPr>
          <w:p w14:paraId="5D9C6FFF" w14:textId="0DBC9F8D" w:rsidR="007D26B3" w:rsidRDefault="007D26B3" w:rsidP="00584E58">
            <w:pPr>
              <w:spacing w:before="40"/>
              <w:ind w:firstLineChars="100" w:firstLine="200"/>
              <w:jc w:val="both"/>
              <w:rPr>
                <w:sz w:val="20"/>
                <w:szCs w:val="20"/>
                <w:lang w:eastAsia="ja-JP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□対象　　□要確認　　□対象外</w:t>
            </w:r>
          </w:p>
        </w:tc>
      </w:tr>
      <w:tr w:rsidR="00365636" w14:paraId="48652984" w14:textId="77777777" w:rsidTr="00FC114F">
        <w:trPr>
          <w:trHeight w:val="397"/>
        </w:trPr>
        <w:tc>
          <w:tcPr>
            <w:tcW w:w="2410" w:type="dxa"/>
            <w:vMerge w:val="restart"/>
          </w:tcPr>
          <w:p w14:paraId="5BFB846C" w14:textId="77777777" w:rsidR="00365636" w:rsidRDefault="00365636" w:rsidP="00493F3C">
            <w:pPr>
              <w:spacing w:before="40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14041E" w14:textId="5FE089F1" w:rsidR="00365636" w:rsidRPr="003F7374" w:rsidRDefault="00365636" w:rsidP="00365636">
            <w:pPr>
              <w:spacing w:before="40"/>
              <w:jc w:val="center"/>
              <w:rPr>
                <w:b/>
                <w:bCs/>
                <w:sz w:val="20"/>
                <w:szCs w:val="20"/>
                <w:lang w:eastAsia="ja-JP"/>
              </w:rPr>
            </w:pPr>
            <w:r w:rsidRPr="003F7374">
              <w:rPr>
                <w:rFonts w:hint="eastAsia"/>
                <w:b/>
                <w:bCs/>
                <w:sz w:val="20"/>
                <w:szCs w:val="20"/>
                <w:lang w:eastAsia="ja-JP"/>
              </w:rPr>
              <w:t>担当</w:t>
            </w:r>
          </w:p>
        </w:tc>
        <w:tc>
          <w:tcPr>
            <w:tcW w:w="3654" w:type="dxa"/>
            <w:shd w:val="clear" w:color="auto" w:fill="D9D9D9" w:themeFill="background1" w:themeFillShade="D9"/>
          </w:tcPr>
          <w:p w14:paraId="29EEC76B" w14:textId="0902263A" w:rsidR="00365636" w:rsidRPr="003F7374" w:rsidRDefault="00365636" w:rsidP="003F7374">
            <w:pPr>
              <w:spacing w:before="40"/>
              <w:jc w:val="center"/>
              <w:rPr>
                <w:b/>
                <w:bCs/>
                <w:sz w:val="20"/>
                <w:szCs w:val="20"/>
                <w:lang w:eastAsia="ja-JP"/>
              </w:rPr>
            </w:pPr>
            <w:r w:rsidRPr="003F7374">
              <w:rPr>
                <w:rFonts w:hint="eastAsia"/>
                <w:b/>
                <w:bCs/>
                <w:sz w:val="20"/>
                <w:szCs w:val="20"/>
                <w:lang w:eastAsia="ja-JP"/>
              </w:rPr>
              <w:t>備考</w:t>
            </w:r>
          </w:p>
        </w:tc>
      </w:tr>
      <w:tr w:rsidR="00365636" w14:paraId="61F92DA5" w14:textId="77777777" w:rsidTr="00FC114F">
        <w:trPr>
          <w:trHeight w:val="1564"/>
        </w:trPr>
        <w:tc>
          <w:tcPr>
            <w:tcW w:w="2410" w:type="dxa"/>
            <w:vMerge/>
          </w:tcPr>
          <w:p w14:paraId="7C13FF8A" w14:textId="77777777" w:rsidR="00365636" w:rsidRDefault="00365636" w:rsidP="00493F3C">
            <w:pPr>
              <w:spacing w:before="40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63F57EE" w14:textId="77777777" w:rsidR="00365636" w:rsidRDefault="00365636" w:rsidP="00365636">
            <w:pPr>
              <w:spacing w:before="40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3654" w:type="dxa"/>
          </w:tcPr>
          <w:p w14:paraId="671D169B" w14:textId="77777777" w:rsidR="00365636" w:rsidRDefault="00365636" w:rsidP="00493F3C">
            <w:pPr>
              <w:spacing w:before="40"/>
              <w:rPr>
                <w:sz w:val="20"/>
                <w:szCs w:val="20"/>
                <w:lang w:eastAsia="ja-JP"/>
              </w:rPr>
            </w:pPr>
          </w:p>
        </w:tc>
      </w:tr>
    </w:tbl>
    <w:p w14:paraId="274F9B98" w14:textId="61D15009" w:rsidR="00493F3C" w:rsidRPr="001B4576" w:rsidRDefault="00493F3C" w:rsidP="007D26B3">
      <w:pPr>
        <w:spacing w:before="40" w:after="0"/>
        <w:rPr>
          <w:sz w:val="20"/>
          <w:szCs w:val="20"/>
          <w:lang w:eastAsia="ja-JP"/>
        </w:rPr>
      </w:pPr>
    </w:p>
    <w:sectPr w:rsidR="00493F3C" w:rsidRPr="001B4576" w:rsidSect="00FB4F15">
      <w:pgSz w:w="11906" w:h="16838"/>
      <w:pgMar w:top="284" w:right="140" w:bottom="0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B055" w14:textId="77777777" w:rsidR="00746177" w:rsidRDefault="00746177" w:rsidP="00FE4D4C">
      <w:pPr>
        <w:spacing w:after="0" w:line="240" w:lineRule="auto"/>
      </w:pPr>
      <w:r>
        <w:separator/>
      </w:r>
    </w:p>
  </w:endnote>
  <w:endnote w:type="continuationSeparator" w:id="0">
    <w:p w14:paraId="21F3118A" w14:textId="77777777" w:rsidR="00746177" w:rsidRDefault="00746177" w:rsidP="00FE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BCBC7" w14:textId="77777777" w:rsidR="00746177" w:rsidRDefault="00746177" w:rsidP="00FE4D4C">
      <w:pPr>
        <w:spacing w:after="0" w:line="240" w:lineRule="auto"/>
      </w:pPr>
      <w:r>
        <w:separator/>
      </w:r>
    </w:p>
  </w:footnote>
  <w:footnote w:type="continuationSeparator" w:id="0">
    <w:p w14:paraId="57832DA9" w14:textId="77777777" w:rsidR="00746177" w:rsidRDefault="00746177" w:rsidP="00FE4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3948FA"/>
    <w:multiLevelType w:val="hybridMultilevel"/>
    <w:tmpl w:val="65969872"/>
    <w:lvl w:ilvl="0" w:tplc="173A4BB8">
      <w:start w:val="1"/>
      <w:numFmt w:val="bullet"/>
      <w:lvlText w:val="□"/>
      <w:lvlJc w:val="left"/>
      <w:pPr>
        <w:ind w:left="564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0" w15:restartNumberingAfterBreak="0">
    <w:nsid w:val="37EA412E"/>
    <w:multiLevelType w:val="hybridMultilevel"/>
    <w:tmpl w:val="288020F4"/>
    <w:lvl w:ilvl="0" w:tplc="F286B9E6">
      <w:start w:val="1"/>
      <w:numFmt w:val="bullet"/>
      <w:lvlText w:val="□"/>
      <w:lvlJc w:val="left"/>
      <w:pPr>
        <w:ind w:left="564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1" w15:restartNumberingAfterBreak="0">
    <w:nsid w:val="42E92DB0"/>
    <w:multiLevelType w:val="hybridMultilevel"/>
    <w:tmpl w:val="E1D6713A"/>
    <w:lvl w:ilvl="0" w:tplc="C40EDD2E">
      <w:start w:val="1"/>
      <w:numFmt w:val="bullet"/>
      <w:lvlText w:val="□"/>
      <w:lvlJc w:val="left"/>
      <w:pPr>
        <w:ind w:left="564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2" w15:restartNumberingAfterBreak="0">
    <w:nsid w:val="57CE4976"/>
    <w:multiLevelType w:val="hybridMultilevel"/>
    <w:tmpl w:val="5554F28E"/>
    <w:lvl w:ilvl="0" w:tplc="F43E82A4">
      <w:start w:val="1"/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E1829FF"/>
    <w:multiLevelType w:val="hybridMultilevel"/>
    <w:tmpl w:val="B5F28F74"/>
    <w:lvl w:ilvl="0" w:tplc="D1AC4F0A">
      <w:start w:val="1"/>
      <w:numFmt w:val="bullet"/>
      <w:lvlText w:val="□"/>
      <w:lvlJc w:val="left"/>
      <w:pPr>
        <w:ind w:left="564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num w:numId="1" w16cid:durableId="11107873">
    <w:abstractNumId w:val="8"/>
  </w:num>
  <w:num w:numId="2" w16cid:durableId="2055808272">
    <w:abstractNumId w:val="6"/>
  </w:num>
  <w:num w:numId="3" w16cid:durableId="1204636200">
    <w:abstractNumId w:val="5"/>
  </w:num>
  <w:num w:numId="4" w16cid:durableId="580991685">
    <w:abstractNumId w:val="4"/>
  </w:num>
  <w:num w:numId="5" w16cid:durableId="1343816789">
    <w:abstractNumId w:val="7"/>
  </w:num>
  <w:num w:numId="6" w16cid:durableId="613485476">
    <w:abstractNumId w:val="3"/>
  </w:num>
  <w:num w:numId="7" w16cid:durableId="2051147167">
    <w:abstractNumId w:val="2"/>
  </w:num>
  <w:num w:numId="8" w16cid:durableId="1851413493">
    <w:abstractNumId w:val="1"/>
  </w:num>
  <w:num w:numId="9" w16cid:durableId="1109469212">
    <w:abstractNumId w:val="0"/>
  </w:num>
  <w:num w:numId="10" w16cid:durableId="1241522167">
    <w:abstractNumId w:val="10"/>
  </w:num>
  <w:num w:numId="11" w16cid:durableId="1750077059">
    <w:abstractNumId w:val="11"/>
  </w:num>
  <w:num w:numId="12" w16cid:durableId="1259480466">
    <w:abstractNumId w:val="9"/>
  </w:num>
  <w:num w:numId="13" w16cid:durableId="1322152282">
    <w:abstractNumId w:val="13"/>
  </w:num>
  <w:num w:numId="14" w16cid:durableId="10045563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091"/>
    <w:rsid w:val="00034616"/>
    <w:rsid w:val="00054C7B"/>
    <w:rsid w:val="0006063C"/>
    <w:rsid w:val="000922A8"/>
    <w:rsid w:val="000C4CD3"/>
    <w:rsid w:val="00113BD2"/>
    <w:rsid w:val="00116597"/>
    <w:rsid w:val="00121D17"/>
    <w:rsid w:val="0013194F"/>
    <w:rsid w:val="0015074B"/>
    <w:rsid w:val="0015786C"/>
    <w:rsid w:val="001B3261"/>
    <w:rsid w:val="001B4576"/>
    <w:rsid w:val="001C0C9A"/>
    <w:rsid w:val="001D6B8F"/>
    <w:rsid w:val="00255118"/>
    <w:rsid w:val="00281392"/>
    <w:rsid w:val="002852D0"/>
    <w:rsid w:val="0029639D"/>
    <w:rsid w:val="002B51E2"/>
    <w:rsid w:val="002C3FA2"/>
    <w:rsid w:val="00326F90"/>
    <w:rsid w:val="0034524A"/>
    <w:rsid w:val="00365636"/>
    <w:rsid w:val="0037440E"/>
    <w:rsid w:val="00374DD0"/>
    <w:rsid w:val="00375D2D"/>
    <w:rsid w:val="003A32EE"/>
    <w:rsid w:val="003F7374"/>
    <w:rsid w:val="00404F00"/>
    <w:rsid w:val="0041322F"/>
    <w:rsid w:val="00424BC9"/>
    <w:rsid w:val="00447B34"/>
    <w:rsid w:val="00452334"/>
    <w:rsid w:val="00484FFD"/>
    <w:rsid w:val="00493AED"/>
    <w:rsid w:val="00493F3C"/>
    <w:rsid w:val="004D182D"/>
    <w:rsid w:val="004D5820"/>
    <w:rsid w:val="004E6A0A"/>
    <w:rsid w:val="00545792"/>
    <w:rsid w:val="00584E58"/>
    <w:rsid w:val="005C3914"/>
    <w:rsid w:val="005E1BAB"/>
    <w:rsid w:val="005F55D0"/>
    <w:rsid w:val="00623E22"/>
    <w:rsid w:val="0064505A"/>
    <w:rsid w:val="006C2E1E"/>
    <w:rsid w:val="006F35D5"/>
    <w:rsid w:val="00746177"/>
    <w:rsid w:val="00757A56"/>
    <w:rsid w:val="00766FA1"/>
    <w:rsid w:val="007D26B3"/>
    <w:rsid w:val="007F4D92"/>
    <w:rsid w:val="00813124"/>
    <w:rsid w:val="008832F4"/>
    <w:rsid w:val="008E24CF"/>
    <w:rsid w:val="00984F2C"/>
    <w:rsid w:val="009940CB"/>
    <w:rsid w:val="009C07C1"/>
    <w:rsid w:val="009E3BDF"/>
    <w:rsid w:val="00A94204"/>
    <w:rsid w:val="00AA1D8D"/>
    <w:rsid w:val="00AA32DC"/>
    <w:rsid w:val="00B47730"/>
    <w:rsid w:val="00B76454"/>
    <w:rsid w:val="00BA7EDB"/>
    <w:rsid w:val="00BB0393"/>
    <w:rsid w:val="00BB119C"/>
    <w:rsid w:val="00BF5705"/>
    <w:rsid w:val="00C34818"/>
    <w:rsid w:val="00C75C20"/>
    <w:rsid w:val="00CA5A16"/>
    <w:rsid w:val="00CB0664"/>
    <w:rsid w:val="00CD40AC"/>
    <w:rsid w:val="00D52EC2"/>
    <w:rsid w:val="00D630CD"/>
    <w:rsid w:val="00D9498C"/>
    <w:rsid w:val="00DB1E7D"/>
    <w:rsid w:val="00DB5D8B"/>
    <w:rsid w:val="00DD346B"/>
    <w:rsid w:val="00E10C32"/>
    <w:rsid w:val="00E77227"/>
    <w:rsid w:val="00EB3946"/>
    <w:rsid w:val="00F169EC"/>
    <w:rsid w:val="00F67797"/>
    <w:rsid w:val="00FA07A8"/>
    <w:rsid w:val="00FB4F15"/>
    <w:rsid w:val="00FC114F"/>
    <w:rsid w:val="00FC693F"/>
    <w:rsid w:val="00FD4853"/>
    <w:rsid w:val="00FE4D4C"/>
    <w:rsid w:val="00FE4DC5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A2460"/>
  <w14:defaultImageDpi w14:val="330"/>
  <w15:docId w15:val="{0025F03F-B206-40AC-A302-76C1B0C4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